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04301" w14:textId="77777777" w:rsidR="00CC3171" w:rsidRDefault="00A36B39">
      <w:pPr>
        <w:spacing w:line="288" w:lineRule="auto"/>
      </w:pPr>
      <w:r>
        <w:rPr>
          <w:noProof/>
        </w:rPr>
        <w:drawing>
          <wp:inline distT="0" distB="0" distL="0" distR="0" wp14:anchorId="33E5BB89" wp14:editId="0F584BD1">
            <wp:extent cx="2468880" cy="7641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cr-recovery-trans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764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74298" w14:textId="77777777" w:rsidR="00CC3171" w:rsidRDefault="00A36B39">
      <w:pPr>
        <w:spacing w:after="120" w:line="288" w:lineRule="auto"/>
      </w:pPr>
      <w:r>
        <w:rPr>
          <w:rFonts w:ascii="Georgia" w:hAnsi="Georgia"/>
          <w:sz w:val="44"/>
        </w:rPr>
        <w:t>Recovery Program Referral Form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67"/>
      </w:tblGrid>
      <w:tr w:rsidR="00CC3171" w14:paraId="5291A8D8" w14:textId="77777777">
        <w:trPr>
          <w:cantSplit/>
        </w:trPr>
        <w:tc>
          <w:tcPr>
            <w:tcW w:w="9605" w:type="dxa"/>
            <w:tcBorders>
              <w:top w:val="single" w:sz="4" w:space="0" w:color="D8E8DD"/>
              <w:left w:val="single" w:sz="26" w:space="0" w:color="26B95A"/>
              <w:bottom w:val="single" w:sz="4" w:space="0" w:color="D8E8DD"/>
              <w:right w:val="single" w:sz="4" w:space="0" w:color="D8E8DD"/>
            </w:tcBorders>
            <w:shd w:val="clear" w:color="auto" w:fill="EAF6EE"/>
            <w:tcMar>
              <w:top w:w="120" w:type="dxa"/>
              <w:left w:w="180" w:type="dxa"/>
              <w:bottom w:w="120" w:type="dxa"/>
              <w:right w:w="160" w:type="dxa"/>
            </w:tcMar>
          </w:tcPr>
          <w:p w14:paraId="1DC2BB21" w14:textId="77777777" w:rsidR="00CC3171" w:rsidRDefault="00A36B39">
            <w:pPr>
              <w:spacing w:after="0" w:line="264" w:lineRule="auto"/>
            </w:pPr>
            <w:r>
              <w:rPr>
                <w:b/>
                <w:color w:val="1A8E42"/>
                <w:sz w:val="17"/>
              </w:rPr>
              <w:t>WHO THIS FORM IS FOR</w:t>
            </w:r>
            <w:r>
              <w:rPr>
                <w:b/>
                <w:color w:val="1A8E42"/>
                <w:sz w:val="17"/>
              </w:rPr>
              <w:br/>
            </w:r>
            <w:r>
              <w:rPr>
                <w:b/>
                <w:sz w:val="25"/>
              </w:rPr>
              <w:t>For insurers and case managers</w:t>
            </w:r>
            <w:r>
              <w:rPr>
                <w:sz w:val="25"/>
              </w:rPr>
              <w:t xml:space="preserve"> — to submit a referral into The Change Room Recovery Program.</w:t>
            </w:r>
          </w:p>
        </w:tc>
      </w:tr>
    </w:tbl>
    <w:p w14:paraId="390747BA" w14:textId="77777777" w:rsidR="00CC3171" w:rsidRDefault="00A36B39">
      <w:pPr>
        <w:spacing w:before="160" w:after="180" w:line="288" w:lineRule="auto"/>
      </w:pPr>
      <w:r>
        <w:rPr>
          <w:i/>
          <w:color w:val="444F5E"/>
          <w:sz w:val="21"/>
        </w:rPr>
        <w:t xml:space="preserve">Complete the fields below, then email the completed form to </w:t>
      </w:r>
      <w:r>
        <w:rPr>
          <w:b/>
          <w:i/>
          <w:color w:val="1A8E42"/>
          <w:sz w:val="21"/>
        </w:rPr>
        <w:t>recovery@thechangeroom.info</w:t>
      </w:r>
      <w:r>
        <w:rPr>
          <w:i/>
          <w:color w:val="444F5E"/>
          <w:sz w:val="21"/>
        </w:rPr>
        <w:t>.</w:t>
      </w:r>
    </w:p>
    <w:p w14:paraId="67577B91" w14:textId="77777777" w:rsidR="00CC3171" w:rsidRDefault="00CC3171">
      <w:pPr>
        <w:spacing w:after="80" w:line="288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05"/>
      </w:tblGrid>
      <w:tr w:rsidR="00CC3171" w14:paraId="192F3938" w14:textId="77777777">
        <w:trPr>
          <w:cantSplit/>
        </w:trPr>
        <w:tc>
          <w:tcPr>
            <w:tcW w:w="9605" w:type="dxa"/>
            <w:shd w:val="clear" w:color="auto" w:fill="0B1733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22C5114" w14:textId="77777777" w:rsidR="00CC3171" w:rsidRDefault="00A36B39">
            <w:pPr>
              <w:keepNext/>
              <w:spacing w:after="0"/>
            </w:pPr>
            <w:r>
              <w:rPr>
                <w:rFonts w:ascii="Georgia" w:hAnsi="Georgia"/>
                <w:b/>
                <w:color w:val="26B95A"/>
                <w:sz w:val="25"/>
              </w:rPr>
              <w:t xml:space="preserve">Section 1  </w:t>
            </w:r>
            <w:r>
              <w:rPr>
                <w:rFonts w:ascii="Georgia" w:hAnsi="Georgia"/>
                <w:color w:val="FFFFFF"/>
                <w:sz w:val="27"/>
              </w:rPr>
              <w:t>Claimant Details</w:t>
            </w:r>
          </w:p>
        </w:tc>
      </w:tr>
    </w:tbl>
    <w:p w14:paraId="43B2E1B9" w14:textId="77777777" w:rsidR="00CC3171" w:rsidRDefault="00CC3171">
      <w:pPr>
        <w:keepNext/>
        <w:spacing w:after="10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89"/>
      </w:tblGrid>
      <w:tr w:rsidR="00CC3171" w14:paraId="19F0B447" w14:textId="77777777">
        <w:trPr>
          <w:cantSplit/>
          <w:trHeight w:val="748"/>
        </w:trPr>
        <w:tc>
          <w:tcPr>
            <w:tcW w:w="9605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8A61E1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CLAIM NAME</w:t>
            </w:r>
          </w:p>
          <w:p w14:paraId="17D9CF41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Claim Name"/>
                <w:tag w:val="claim_name"/>
                <w:id w:val="1001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</w:tr>
    </w:tbl>
    <w:p w14:paraId="4240BC18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5"/>
        <w:gridCol w:w="4794"/>
      </w:tblGrid>
      <w:tr w:rsidR="00CC3171" w14:paraId="271DBFCD" w14:textId="77777777">
        <w:trPr>
          <w:cantSplit/>
          <w:trHeight w:val="748"/>
        </w:trPr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7CB651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CLAIM NUMBER</w:t>
            </w:r>
          </w:p>
          <w:p w14:paraId="736B13D8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Claim Number"/>
                <w:tag w:val="claim_number"/>
                <w:id w:val="1002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DE53E2D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DATE OF INJURY</w:t>
            </w:r>
          </w:p>
          <w:p w14:paraId="0E8F362B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Date of Injury"/>
                <w:tag w:val="date_of_injury"/>
                <w:id w:val="1003"/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i/>
                    <w:color w:val="3A4453"/>
                  </w:rPr>
                  <w:t>Click or tap to enter a date.</w:t>
                </w:r>
              </w:sdtContent>
            </w:sdt>
          </w:p>
        </w:tc>
      </w:tr>
    </w:tbl>
    <w:p w14:paraId="3B53ED72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95"/>
      </w:tblGrid>
      <w:tr w:rsidR="00CC3171" w14:paraId="4CAB5EE4" w14:textId="77777777">
        <w:trPr>
          <w:cantSplit/>
          <w:trHeight w:val="748"/>
        </w:trPr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C8FD51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EMAIL</w:t>
            </w:r>
          </w:p>
          <w:p w14:paraId="42AACA2B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Email"/>
                <w:tag w:val="email"/>
                <w:id w:val="1004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D1AA0E0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PHONE NUMBER</w:t>
            </w:r>
          </w:p>
          <w:p w14:paraId="719A6F43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Phone Number"/>
                <w:tag w:val="phone_number"/>
                <w:id w:val="1005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</w:tr>
    </w:tbl>
    <w:p w14:paraId="65642CEA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95"/>
      </w:tblGrid>
      <w:tr w:rsidR="00CC3171" w14:paraId="31A8A040" w14:textId="77777777">
        <w:trPr>
          <w:cantSplit/>
          <w:trHeight w:val="748"/>
        </w:trPr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1BEFEA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DATE OF BIRTH</w:t>
            </w:r>
          </w:p>
          <w:p w14:paraId="7DCFB4DA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Date of Birth"/>
                <w:tag w:val="date_of_birth"/>
                <w:id w:val="1006"/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i/>
                    <w:color w:val="3A4453"/>
                  </w:rPr>
                  <w:t>Click or tap to enter a date.</w:t>
                </w:r>
              </w:sdtContent>
            </w:sdt>
          </w:p>
        </w:tc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5A0F06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STATE</w:t>
            </w:r>
          </w:p>
          <w:p w14:paraId="2DFF2E86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State"/>
                <w:tag w:val="state"/>
                <w:id w:val="1007"/>
                <w:showingPlcHdr/>
                <w:dropDownList>
                  <w:listItem w:displayText="Choose an item." w:value=""/>
                  <w:listItem w:displayText="NSW" w:value="NSW"/>
                  <w:listItem w:displayText="VIC" w:value="VIC"/>
                  <w:listItem w:displayText="QLD" w:value="QLD"/>
                  <w:listItem w:displayText="WA" w:value="WA"/>
                  <w:listItem w:displayText="SA" w:value="SA"/>
                  <w:listItem w:displayText="TAS" w:value="TAS"/>
                  <w:listItem w:displayText="ACT" w:value="ACT"/>
                  <w:listItem w:displayText="NT" w:value="NT"/>
                </w:dropDownList>
              </w:sdtPr>
              <w:sdtEndPr/>
              <w:sdtContent>
                <w:r>
                  <w:rPr>
                    <w:i/>
                    <w:color w:val="3A4453"/>
                  </w:rPr>
                  <w:t>Choose an item.</w:t>
                </w:r>
              </w:sdtContent>
            </w:sdt>
          </w:p>
        </w:tc>
      </w:tr>
    </w:tbl>
    <w:p w14:paraId="2D187B5C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89"/>
      </w:tblGrid>
      <w:tr w:rsidR="00CC3171" w14:paraId="56842E3F" w14:textId="77777777">
        <w:trPr>
          <w:cantSplit/>
          <w:trHeight w:val="748"/>
        </w:trPr>
        <w:tc>
          <w:tcPr>
            <w:tcW w:w="9605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415689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STREET ADDRESS</w:t>
            </w:r>
          </w:p>
          <w:p w14:paraId="28A17EA4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Street Address"/>
                <w:tag w:val="street_address"/>
                <w:id w:val="1008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</w:tr>
    </w:tbl>
    <w:p w14:paraId="27EF0A78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95"/>
      </w:tblGrid>
      <w:tr w:rsidR="00CC3171" w14:paraId="56823309" w14:textId="77777777">
        <w:trPr>
          <w:cantSplit/>
          <w:trHeight w:val="748"/>
        </w:trPr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871606F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SUBURB</w:t>
            </w:r>
          </w:p>
          <w:p w14:paraId="508D36B3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Suburb"/>
                <w:tag w:val="suburb"/>
                <w:id w:val="1009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784997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POSTCODE</w:t>
            </w:r>
          </w:p>
          <w:p w14:paraId="25AC1A85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Postcode"/>
                <w:tag w:val="postcode"/>
                <w:id w:val="1010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</w:tr>
    </w:tbl>
    <w:p w14:paraId="5BECCE7D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5"/>
        <w:gridCol w:w="4794"/>
      </w:tblGrid>
      <w:tr w:rsidR="00CC3171" w14:paraId="57DFE77A" w14:textId="77777777">
        <w:trPr>
          <w:cantSplit/>
          <w:trHeight w:val="748"/>
        </w:trPr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6BA72AB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INJURY DIAGNOSIS</w:t>
            </w:r>
          </w:p>
          <w:p w14:paraId="59CDDB1E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Injury Diagnosis"/>
                <w:tag w:val="injury_diagnosis"/>
                <w:id w:val="1011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95BF54D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INJURY TYPE</w:t>
            </w:r>
          </w:p>
          <w:p w14:paraId="67DE57EC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Injury Type"/>
                <w:tag w:val="injury_type"/>
                <w:id w:val="1012"/>
                <w:showingPlcHdr/>
                <w:dropDownList>
                  <w:listItem w:displayText="Choose an item." w:value=""/>
                  <w:listItem w:displayText="Physical" w:value="Physical"/>
                  <w:listItem w:displayText="Psychological" w:value="Psychological"/>
                  <w:listItem w:displayText="Physical &amp; psychological" w:value="Physical &amp; psychological"/>
                </w:dropDownList>
              </w:sdtPr>
              <w:sdtEndPr/>
              <w:sdtContent>
                <w:r>
                  <w:rPr>
                    <w:i/>
                    <w:color w:val="3A4453"/>
                  </w:rPr>
                  <w:t>Choose an item.</w:t>
                </w:r>
              </w:sdtContent>
            </w:sdt>
          </w:p>
        </w:tc>
      </w:tr>
    </w:tbl>
    <w:p w14:paraId="43C01EFE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5"/>
        <w:gridCol w:w="4794"/>
      </w:tblGrid>
      <w:tr w:rsidR="00CC3171" w14:paraId="49C83370" w14:textId="77777777">
        <w:trPr>
          <w:cantSplit/>
          <w:trHeight w:val="748"/>
        </w:trPr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C71D0CA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lastRenderedPageBreak/>
              <w:t>EMPLOYER</w:t>
            </w:r>
          </w:p>
          <w:p w14:paraId="7563990A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Employer"/>
                <w:tag w:val="employer"/>
                <w:id w:val="1013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8F315AA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ROLE</w:t>
            </w:r>
          </w:p>
          <w:p w14:paraId="7092C623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Role"/>
                <w:tag w:val="role"/>
                <w:id w:val="1014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</w:tr>
    </w:tbl>
    <w:p w14:paraId="206A19F2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5"/>
        <w:gridCol w:w="4794"/>
      </w:tblGrid>
      <w:tr w:rsidR="00CC3171" w14:paraId="03CF2E73" w14:textId="77777777">
        <w:trPr>
          <w:cantSplit/>
          <w:trHeight w:val="748"/>
        </w:trPr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1720C9E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HOURS CERTIFIED TO WORK</w:t>
            </w:r>
            <w:r>
              <w:rPr>
                <w:i/>
                <w:color w:val="4A5563"/>
                <w:sz w:val="16"/>
              </w:rPr>
              <w:t xml:space="preserve">   at time of referral</w:t>
            </w:r>
          </w:p>
          <w:p w14:paraId="2F5AC99D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Hours Certified to Work"/>
                <w:tag w:val="hours_certified_to_work"/>
                <w:id w:val="1015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F55910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WORK STATUS CODE</w:t>
            </w:r>
            <w:r>
              <w:rPr>
                <w:i/>
                <w:color w:val="4A5563"/>
                <w:sz w:val="16"/>
              </w:rPr>
              <w:t xml:space="preserve">   at time of referral</w:t>
            </w:r>
          </w:p>
          <w:p w14:paraId="07668A2A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Work Status Code"/>
                <w:tag w:val="work_status_code"/>
                <w:id w:val="1016"/>
                <w:showingPlcHdr/>
                <w:dropDownList>
                  <w:listItem w:displayText="Choose an item." w:value=""/>
                  <w:listItem w:displayText="01 - Working - Same employer - Full work capacity" w:value="01 - Working - Same employer - Full work capacity"/>
                  <w:listItem w:displayText="02 - Working - Same employer - Current work capacity" w:value="02 - Working - Same employer - Current work capacity"/>
                  <w:listItem w:displayText="03 - Working - Different employer - Full work capacity" w:value="03 - Working - Different employer - Full work capacity"/>
                  <w:listItem w:displayText="04 - Working - Different employer - Current work capacity" w:value="04 - Working - Different employer - Current work capacity"/>
                  <w:listItem w:displayText="06 - Not Working - No current work capacity" w:value="06 - Not Working - No current work capacity"/>
                  <w:listItem w:displayText="08 - Not working - Has current capacity" w:value="08 - Not working - Has current capacity"/>
                  <w:listItem w:displayText="09 - Not working - Not entitled to weekly benefits" w:value="09 - Not working - Not entitled to weekly benefits"/>
                </w:dropDownList>
              </w:sdtPr>
              <w:sdtEndPr/>
              <w:sdtContent>
                <w:r>
                  <w:rPr>
                    <w:i/>
                    <w:color w:val="3A4453"/>
                  </w:rPr>
                  <w:t>Choose an item.</w:t>
                </w:r>
              </w:sdtContent>
            </w:sdt>
          </w:p>
        </w:tc>
      </w:tr>
    </w:tbl>
    <w:p w14:paraId="3E35A64D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95"/>
      </w:tblGrid>
      <w:tr w:rsidR="00CC3171" w14:paraId="232756DF" w14:textId="77777777">
        <w:trPr>
          <w:cantSplit/>
          <w:trHeight w:val="748"/>
        </w:trPr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B39BE7A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PRE-INJURY HOURS</w:t>
            </w:r>
          </w:p>
          <w:p w14:paraId="614D1460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Pre-Injury Hours"/>
                <w:tag w:val="pre-injury_hours"/>
                <w:id w:val="1017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513A0B5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RTW GOAL</w:t>
            </w:r>
          </w:p>
          <w:p w14:paraId="3D0926EE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RTW Goal"/>
                <w:tag w:val="rtw_goal"/>
                <w:id w:val="1018"/>
                <w:showingPlcHdr/>
                <w:dropDownList>
                  <w:listItem w:displayText="Choose an item." w:value=""/>
                  <w:listItem w:displayText="Same Job / Same Employer" w:value="Same Job / Same Employer"/>
                  <w:listItem w:displayText="Different Job / Same Employer" w:value="Different Job / Same Employer"/>
                  <w:listItem w:displayText="Same Job / Different Employer" w:value="Same Job / Different Employer"/>
                  <w:listItem w:displayText="Different Job / Different Employer" w:value="Different Job / Different Employer"/>
                  <w:listItem w:displayText="TUF - Regain Capacity" w:value="TUF - Regain Capacity"/>
                  <w:listItem w:displayText="TUF - Regain Capacity (Study)" w:value="TUF - Regain Capacity (Study)"/>
                  <w:listItem w:displayText="TUF - Regain Capacity (Purposeful Volunteer)" w:value="TUF - Regain Capacity (Purposeful Volunteer)"/>
                  <w:listItem w:displayText="Pre-Injury Earning" w:value="Pre-Injury Earning"/>
                </w:dropDownList>
              </w:sdtPr>
              <w:sdtEndPr/>
              <w:sdtContent>
                <w:r>
                  <w:rPr>
                    <w:i/>
                    <w:color w:val="3A4453"/>
                  </w:rPr>
                  <w:t>Choose an item.</w:t>
                </w:r>
              </w:sdtContent>
            </w:sdt>
          </w:p>
        </w:tc>
      </w:tr>
    </w:tbl>
    <w:p w14:paraId="373C7DC2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05"/>
      </w:tblGrid>
      <w:tr w:rsidR="00CC3171" w14:paraId="78E41B78" w14:textId="77777777">
        <w:trPr>
          <w:cantSplit/>
        </w:trPr>
        <w:tc>
          <w:tcPr>
            <w:tcW w:w="9605" w:type="dxa"/>
            <w:shd w:val="clear" w:color="auto" w:fill="0B1733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6B13FAA" w14:textId="77777777" w:rsidR="00CC3171" w:rsidRDefault="00A36B39">
            <w:pPr>
              <w:keepNext/>
              <w:spacing w:after="0"/>
            </w:pPr>
            <w:r>
              <w:rPr>
                <w:rFonts w:ascii="Georgia" w:hAnsi="Georgia"/>
                <w:b/>
                <w:color w:val="26B95A"/>
                <w:sz w:val="25"/>
              </w:rPr>
              <w:t xml:space="preserve">Section 2  </w:t>
            </w:r>
            <w:r>
              <w:rPr>
                <w:rFonts w:ascii="Georgia" w:hAnsi="Georgia"/>
                <w:color w:val="FFFFFF"/>
                <w:sz w:val="27"/>
              </w:rPr>
              <w:t>Claim Contacts</w:t>
            </w:r>
          </w:p>
        </w:tc>
      </w:tr>
    </w:tbl>
    <w:p w14:paraId="61FECC11" w14:textId="77777777" w:rsidR="00CC3171" w:rsidRDefault="00CC3171">
      <w:pPr>
        <w:keepNext/>
        <w:spacing w:after="10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89"/>
      </w:tblGrid>
      <w:tr w:rsidR="00CC3171" w14:paraId="3CCBE508" w14:textId="77777777">
        <w:trPr>
          <w:cantSplit/>
          <w:trHeight w:val="748"/>
        </w:trPr>
        <w:tc>
          <w:tcPr>
            <w:tcW w:w="9605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6E7A396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CLAIM MANAGER NAME</w:t>
            </w:r>
          </w:p>
          <w:p w14:paraId="7F7B6B2F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Claim Manager Name"/>
                <w:tag w:val="claim_manager_name"/>
                <w:id w:val="1019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</w:tr>
    </w:tbl>
    <w:p w14:paraId="751E4097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95"/>
      </w:tblGrid>
      <w:tr w:rsidR="00CC3171" w14:paraId="35B35146" w14:textId="77777777">
        <w:trPr>
          <w:cantSplit/>
          <w:trHeight w:val="748"/>
        </w:trPr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4A0D525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EMAIL</w:t>
            </w:r>
          </w:p>
          <w:p w14:paraId="491DC2AF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Email"/>
                <w:tag w:val="email"/>
                <w:id w:val="1020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C2900A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PHONE NUMBER</w:t>
            </w:r>
          </w:p>
          <w:p w14:paraId="641C88A7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Phone Number"/>
                <w:tag w:val="phone_number"/>
                <w:id w:val="1021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</w:tr>
    </w:tbl>
    <w:p w14:paraId="3B41C5C5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89"/>
      </w:tblGrid>
      <w:tr w:rsidR="00CC3171" w14:paraId="22A13D01" w14:textId="77777777">
        <w:trPr>
          <w:cantSplit/>
          <w:trHeight w:val="748"/>
        </w:trPr>
        <w:tc>
          <w:tcPr>
            <w:tcW w:w="9605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54CDA26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IMA / IMS / TECH SPECIALIST NAME</w:t>
            </w:r>
          </w:p>
          <w:p w14:paraId="5059DDDD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IMA / IMS / Tech Specialist Name"/>
                <w:tag w:val="ima_/_ims_/_tech_specialist_name"/>
                <w:id w:val="1022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</w:tr>
    </w:tbl>
    <w:p w14:paraId="1EAE216A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95"/>
      </w:tblGrid>
      <w:tr w:rsidR="00CC3171" w14:paraId="76A71BDF" w14:textId="77777777">
        <w:trPr>
          <w:cantSplit/>
          <w:trHeight w:val="748"/>
        </w:trPr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9448F04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EMAIL</w:t>
            </w:r>
          </w:p>
          <w:p w14:paraId="762F4612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Email"/>
                <w:tag w:val="email"/>
                <w:id w:val="1023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A01488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PHONE NUMBER</w:t>
            </w:r>
          </w:p>
          <w:p w14:paraId="2E405FC7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Phone Number"/>
                <w:tag w:val="phone_number"/>
                <w:id w:val="1024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</w:tr>
    </w:tbl>
    <w:p w14:paraId="03E53E44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05"/>
      </w:tblGrid>
      <w:tr w:rsidR="00CC3171" w14:paraId="65B01306" w14:textId="77777777">
        <w:trPr>
          <w:cantSplit/>
        </w:trPr>
        <w:tc>
          <w:tcPr>
            <w:tcW w:w="9605" w:type="dxa"/>
            <w:shd w:val="clear" w:color="auto" w:fill="0B1733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C925ABF" w14:textId="77777777" w:rsidR="00CC3171" w:rsidRDefault="00A36B39">
            <w:pPr>
              <w:keepNext/>
              <w:spacing w:after="0"/>
            </w:pPr>
            <w:r>
              <w:rPr>
                <w:rFonts w:ascii="Georgia" w:hAnsi="Georgia"/>
                <w:b/>
                <w:color w:val="26B95A"/>
                <w:sz w:val="25"/>
              </w:rPr>
              <w:t xml:space="preserve">Section 3  </w:t>
            </w:r>
            <w:r>
              <w:rPr>
                <w:rFonts w:ascii="Georgia" w:hAnsi="Georgia"/>
                <w:color w:val="FFFFFF"/>
                <w:sz w:val="27"/>
              </w:rPr>
              <w:t>Program Selection</w:t>
            </w:r>
          </w:p>
        </w:tc>
      </w:tr>
    </w:tbl>
    <w:p w14:paraId="2ED6AB84" w14:textId="77777777" w:rsidR="00CC3171" w:rsidRDefault="00CC3171">
      <w:pPr>
        <w:keepNext/>
        <w:spacing w:after="10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95"/>
      </w:tblGrid>
      <w:tr w:rsidR="00CC3171" w14:paraId="0D6058EA" w14:textId="77777777">
        <w:trPr>
          <w:cantSplit/>
          <w:trHeight w:val="748"/>
        </w:trPr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C7EB4BA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CHANGE ROOM PROGRAM TYPE</w:t>
            </w:r>
          </w:p>
          <w:p w14:paraId="23E8323E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Change Room Program Type"/>
                <w:tag w:val="change_room_program_type"/>
                <w:id w:val="1025"/>
                <w:showingPlcHdr/>
                <w:dropDownList>
                  <w:listItem w:displayText="Choose an item." w:value=""/>
                  <w:listItem w:displayText="Restore — Face-to-Face (Flagship)" w:value="Restore — Face-to-Face (Flagship)"/>
                  <w:listItem w:displayText="Connect on Demand — Online" w:value="Connect on Demand — Online"/>
                  <w:listItem w:displayText="Supporters Day" w:value="Supporters Day"/>
                </w:dropDownList>
              </w:sdtPr>
              <w:sdtEndPr/>
              <w:sdtContent>
                <w:r>
                  <w:rPr>
                    <w:i/>
                    <w:color w:val="3A4453"/>
                  </w:rPr>
                  <w:t>Choose an item.</w:t>
                </w:r>
              </w:sdtContent>
            </w:sdt>
          </w:p>
        </w:tc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DC32F1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SUPPORT PERSON APPROVED</w:t>
            </w:r>
          </w:p>
          <w:p w14:paraId="239B06CB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Support Person Approved"/>
                <w:tag w:val="support_person_approved"/>
                <w:id w:val="1026"/>
                <w:showingPlcHdr/>
                <w:dropDownList>
                  <w:listItem w:displayText="Choose an item." w:value=""/>
                  <w:listItem w:displayText="Yes" w:value="Yes"/>
                  <w:listItem w:displayText="No" w:value="No"/>
                  <w:listItem w:displayText="To be confirmed" w:value="To be confirmed"/>
                </w:dropDownList>
              </w:sdtPr>
              <w:sdtEndPr/>
              <w:sdtContent>
                <w:r>
                  <w:rPr>
                    <w:i/>
                    <w:color w:val="3A4453"/>
                  </w:rPr>
                  <w:t>Choose an item.</w:t>
                </w:r>
              </w:sdtContent>
            </w:sdt>
          </w:p>
        </w:tc>
      </w:tr>
    </w:tbl>
    <w:p w14:paraId="443FC134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95"/>
      </w:tblGrid>
      <w:tr w:rsidR="00CC3171" w14:paraId="443AFB0F" w14:textId="77777777">
        <w:trPr>
          <w:cantSplit/>
          <w:trHeight w:val="748"/>
        </w:trPr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CE3CA92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PRE-APPROVAL FOR TRANSPORT</w:t>
            </w:r>
          </w:p>
          <w:p w14:paraId="29DF2559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Pre-Approval for Transport"/>
                <w:tag w:val="pre-approval_for_transport"/>
                <w:id w:val="1027"/>
                <w:showingPlcHdr/>
                <w:dropDownList>
                  <w:listItem w:displayText="Choose an item." w:value=""/>
                  <w:listItem w:displayText="Yes" w:value="Yes"/>
                  <w:listItem w:displayText="No" w:value="No"/>
                  <w:listItem w:displayText="To be confirmed" w:value="To be confirmed"/>
                </w:dropDownList>
              </w:sdtPr>
              <w:sdtEndPr/>
              <w:sdtContent>
                <w:r>
                  <w:rPr>
                    <w:i/>
                    <w:color w:val="3A4453"/>
                  </w:rPr>
                  <w:t>Choose an item.</w:t>
                </w:r>
              </w:sdtContent>
            </w:sdt>
          </w:p>
        </w:tc>
        <w:tc>
          <w:tcPr>
            <w:tcW w:w="4802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A886CB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PRE-APPROVAL FOR ACCOMMODATION</w:t>
            </w:r>
          </w:p>
          <w:p w14:paraId="0C48142F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Pre-Approval for Accommodation"/>
                <w:tag w:val="pre-approval_for_accommodation"/>
                <w:id w:val="1028"/>
                <w:showingPlcHdr/>
                <w:dropDownList>
                  <w:listItem w:displayText="Choose an item." w:value=""/>
                  <w:listItem w:displayText="Yes" w:value="Yes"/>
                  <w:listItem w:displayText="No" w:value="No"/>
                  <w:listItem w:displayText="To be confirmed" w:value="To be confirmed"/>
                </w:dropDownList>
              </w:sdtPr>
              <w:sdtEndPr/>
              <w:sdtContent>
                <w:r>
                  <w:rPr>
                    <w:i/>
                    <w:color w:val="3A4453"/>
                  </w:rPr>
                  <w:t>Choose an item.</w:t>
                </w:r>
              </w:sdtContent>
            </w:sdt>
          </w:p>
        </w:tc>
      </w:tr>
    </w:tbl>
    <w:p w14:paraId="25BE39D4" w14:textId="77777777" w:rsidR="00CC3171" w:rsidRDefault="00CC3171">
      <w:pPr>
        <w:spacing w:after="120" w:line="240" w:lineRule="auto"/>
      </w:pPr>
    </w:p>
    <w:p w14:paraId="0DBD4985" w14:textId="77777777" w:rsidR="00CC3171" w:rsidRDefault="00A36B39">
      <w:pPr>
        <w:spacing w:before="40" w:line="288" w:lineRule="auto"/>
      </w:pPr>
      <w:r>
        <w:rPr>
          <w:i/>
          <w:color w:val="444F5E"/>
          <w:sz w:val="19"/>
        </w:rPr>
        <w:t>Note: Travel arrangements to be made by the insurer representative.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05"/>
      </w:tblGrid>
      <w:tr w:rsidR="00CC3171" w14:paraId="4BD3FDE9" w14:textId="77777777">
        <w:trPr>
          <w:cantSplit/>
        </w:trPr>
        <w:tc>
          <w:tcPr>
            <w:tcW w:w="9605" w:type="dxa"/>
            <w:shd w:val="clear" w:color="auto" w:fill="0B1733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1BA1C14" w14:textId="77777777" w:rsidR="00CC3171" w:rsidRDefault="00A36B39">
            <w:pPr>
              <w:keepNext/>
              <w:spacing w:after="0"/>
            </w:pPr>
            <w:r>
              <w:rPr>
                <w:rFonts w:ascii="Georgia" w:hAnsi="Georgia"/>
                <w:b/>
                <w:color w:val="26B95A"/>
                <w:sz w:val="25"/>
              </w:rPr>
              <w:lastRenderedPageBreak/>
              <w:t xml:space="preserve">Section 4  </w:t>
            </w:r>
            <w:r>
              <w:rPr>
                <w:rFonts w:ascii="Georgia" w:hAnsi="Georgia"/>
                <w:color w:val="FFFFFF"/>
                <w:sz w:val="27"/>
              </w:rPr>
              <w:t>Referral Direction &amp; Notes</w:t>
            </w:r>
          </w:p>
        </w:tc>
      </w:tr>
    </w:tbl>
    <w:p w14:paraId="1EC0BAE6" w14:textId="77777777" w:rsidR="00CC3171" w:rsidRDefault="00CC3171">
      <w:pPr>
        <w:keepNext/>
        <w:spacing w:after="10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89"/>
      </w:tblGrid>
      <w:tr w:rsidR="00CC3171" w14:paraId="13099352" w14:textId="77777777">
        <w:trPr>
          <w:cantSplit/>
          <w:trHeight w:val="748"/>
        </w:trPr>
        <w:tc>
          <w:tcPr>
            <w:tcW w:w="9605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2CEC891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WHAT IS THE GOAL FOR REFERRING THIS PERSON</w:t>
            </w:r>
          </w:p>
          <w:p w14:paraId="31F159AA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What is the goal for referring this person"/>
                <w:tag w:val="what_is_the_goal_for_referring_this_person"/>
                <w:id w:val="1029"/>
                <w:showingPlcHdr/>
                <w:dropDownList>
                  <w:listItem w:displayText="Choose an item." w:value=""/>
                  <w:listItem w:displayText="Re-engage with treatment and recovery" w:value="Re-engage with treatment and recovery"/>
                  <w:listItem w:displayText="Improve psychological recovery and mindset" w:value="Improve psychological recovery and mindset"/>
                  <w:listItem w:displayText="Build return-to-work readiness" w:value="Build return-to-work readiness"/>
                  <w:listItem w:displayText="Restore function and daily capacity" w:value="Restore function and daily capacity"/>
                  <w:listItem w:displayText="Address psychosocial barriers" w:value="Address psychosocial barriers"/>
                </w:dropDownList>
              </w:sdtPr>
              <w:sdtEndPr/>
              <w:sdtContent>
                <w:r>
                  <w:rPr>
                    <w:i/>
                    <w:color w:val="3A4453"/>
                  </w:rPr>
                  <w:t>Choose an item.</w:t>
                </w:r>
              </w:sdtContent>
            </w:sdt>
          </w:p>
        </w:tc>
      </w:tr>
    </w:tbl>
    <w:p w14:paraId="71656BFB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89"/>
      </w:tblGrid>
      <w:tr w:rsidR="00CC3171" w14:paraId="6B4075AE" w14:textId="77777777">
        <w:trPr>
          <w:cantSplit/>
          <w:trHeight w:val="1368"/>
        </w:trPr>
        <w:tc>
          <w:tcPr>
            <w:tcW w:w="9605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EC690E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SHORT TERM GOAL</w:t>
            </w:r>
            <w:r>
              <w:rPr>
                <w:i/>
                <w:color w:val="4A5563"/>
                <w:sz w:val="16"/>
              </w:rPr>
              <w:t xml:space="preserve">   6 weeks post attendance</w:t>
            </w:r>
          </w:p>
          <w:p w14:paraId="3A871514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Short Term Goal"/>
                <w:tag w:val="short_term_goal"/>
                <w:id w:val="1030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</w:tr>
    </w:tbl>
    <w:p w14:paraId="22EF971D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89"/>
      </w:tblGrid>
      <w:tr w:rsidR="00CC3171" w14:paraId="612DA2DC" w14:textId="77777777">
        <w:trPr>
          <w:cantSplit/>
          <w:trHeight w:val="1368"/>
        </w:trPr>
        <w:tc>
          <w:tcPr>
            <w:tcW w:w="9605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C84F399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MID TERM GOAL</w:t>
            </w:r>
            <w:r>
              <w:rPr>
                <w:i/>
                <w:color w:val="4A5563"/>
                <w:sz w:val="16"/>
              </w:rPr>
              <w:t xml:space="preserve">   13 weeks post attendance</w:t>
            </w:r>
          </w:p>
          <w:p w14:paraId="73821A08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Mid Term Goal"/>
                <w:tag w:val="mid_term_goal"/>
                <w:id w:val="1031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</w:tr>
    </w:tbl>
    <w:p w14:paraId="2ECDB8CD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89"/>
      </w:tblGrid>
      <w:tr w:rsidR="00CC3171" w14:paraId="61F971B0" w14:textId="77777777">
        <w:trPr>
          <w:cantSplit/>
          <w:trHeight w:val="1655"/>
        </w:trPr>
        <w:tc>
          <w:tcPr>
            <w:tcW w:w="9605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5375303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ANY ADDITIONAL INFORMATION TO BEST SUPPORT YOUR WORKER</w:t>
            </w:r>
          </w:p>
          <w:p w14:paraId="567858F4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Any additional information to best support your worker"/>
                <w:tag w:val="any_additional_information_to_best_support_your_worker"/>
                <w:id w:val="1032"/>
                <w:showingPlcHdr/>
                <w:text/>
              </w:sdtPr>
              <w:sdtEndPr/>
              <w:sdtContent>
                <w:r>
                  <w:rPr>
                    <w:i/>
                    <w:color w:val="3A4453"/>
                  </w:rPr>
                  <w:t>Click or tap here to enter text.</w:t>
                </w:r>
              </w:sdtContent>
            </w:sdt>
          </w:p>
        </w:tc>
      </w:tr>
    </w:tbl>
    <w:p w14:paraId="398B601A" w14:textId="77777777" w:rsidR="00CC3171" w:rsidRDefault="00CC3171">
      <w:pPr>
        <w:spacing w:after="12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89"/>
      </w:tblGrid>
      <w:tr w:rsidR="00CC3171" w14:paraId="49F7FA06" w14:textId="77777777">
        <w:trPr>
          <w:cantSplit/>
          <w:trHeight w:val="748"/>
        </w:trPr>
        <w:tc>
          <w:tcPr>
            <w:tcW w:w="9605" w:type="dxa"/>
            <w:tcBorders>
              <w:top w:val="single" w:sz="6" w:space="0" w:color="7FB295"/>
              <w:left w:val="single" w:sz="6" w:space="0" w:color="7FB295"/>
              <w:bottom w:val="single" w:sz="6" w:space="0" w:color="7FB295"/>
              <w:right w:val="single" w:sz="6" w:space="0" w:color="7FB295"/>
            </w:tcBorders>
            <w:shd w:val="clear" w:color="auto" w:fill="EEF6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F2A641" w14:textId="77777777" w:rsidR="00CC3171" w:rsidRDefault="00A36B39">
            <w:pPr>
              <w:spacing w:after="60" w:line="240" w:lineRule="auto"/>
            </w:pPr>
            <w:r>
              <w:rPr>
                <w:b/>
                <w:sz w:val="18"/>
              </w:rPr>
              <w:t>DATE OF REFERRAL</w:t>
            </w:r>
          </w:p>
          <w:p w14:paraId="21E0D92B" w14:textId="77777777" w:rsidR="00CC3171" w:rsidRDefault="00A36B39">
            <w:pPr>
              <w:spacing w:before="40" w:after="0" w:line="240" w:lineRule="auto"/>
            </w:pPr>
            <w:sdt>
              <w:sdtPr>
                <w:rPr>
                  <w:sz w:val="23"/>
                </w:rPr>
                <w:alias w:val="Date of Referral"/>
                <w:tag w:val="date_of_referral"/>
                <w:id w:val="1033"/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i/>
                    <w:color w:val="3A4453"/>
                  </w:rPr>
                  <w:t>Click or tap to enter a date.</w:t>
                </w:r>
              </w:sdtContent>
            </w:sdt>
          </w:p>
        </w:tc>
      </w:tr>
    </w:tbl>
    <w:p w14:paraId="493F82E2" w14:textId="77777777" w:rsidR="00CC3171" w:rsidRDefault="00CC3171">
      <w:pPr>
        <w:spacing w:after="120" w:line="240" w:lineRule="auto"/>
      </w:pPr>
    </w:p>
    <w:p w14:paraId="248CF59D" w14:textId="77777777" w:rsidR="00CC3171" w:rsidRDefault="00A36B39">
      <w:pPr>
        <w:spacing w:before="40" w:line="288" w:lineRule="auto"/>
      </w:pPr>
      <w:r>
        <w:rPr>
          <w:i/>
          <w:color w:val="444F5E"/>
          <w:sz w:val="19"/>
        </w:rPr>
        <w:t>This referral will be valid for 6 months from receipt. If the referral is outside the 6-month validity, pre-approval will be sought.</w:t>
      </w:r>
    </w:p>
    <w:p w14:paraId="4EB755E3" w14:textId="77777777" w:rsidR="00CC3171" w:rsidRDefault="00CC3171">
      <w:pPr>
        <w:spacing w:before="40" w:after="80" w:line="288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67"/>
      </w:tblGrid>
      <w:tr w:rsidR="00CC3171" w14:paraId="0130973F" w14:textId="77777777">
        <w:trPr>
          <w:cantSplit/>
        </w:trPr>
        <w:tc>
          <w:tcPr>
            <w:tcW w:w="9605" w:type="dxa"/>
            <w:tcBorders>
              <w:top w:val="single" w:sz="4" w:space="0" w:color="D8E8DD"/>
              <w:left w:val="single" w:sz="26" w:space="0" w:color="26B95A"/>
              <w:bottom w:val="single" w:sz="4" w:space="0" w:color="D8E8DD"/>
              <w:right w:val="single" w:sz="4" w:space="0" w:color="D8E8DD"/>
            </w:tcBorders>
            <w:shd w:val="clear" w:color="auto" w:fill="EAF6EE"/>
            <w:tcMar>
              <w:top w:w="120" w:type="dxa"/>
              <w:left w:w="180" w:type="dxa"/>
              <w:bottom w:w="120" w:type="dxa"/>
              <w:right w:w="160" w:type="dxa"/>
            </w:tcMar>
          </w:tcPr>
          <w:p w14:paraId="6A66B4BD" w14:textId="77777777" w:rsidR="00CC3171" w:rsidRDefault="00A36B39">
            <w:pPr>
              <w:spacing w:after="0" w:line="264" w:lineRule="auto"/>
            </w:pPr>
            <w:r>
              <w:rPr>
                <w:b/>
                <w:sz w:val="25"/>
              </w:rPr>
              <w:t>Thank you for the referral.</w:t>
            </w:r>
            <w:r>
              <w:rPr>
                <w:b/>
              </w:rPr>
              <w:t xml:space="preserve">  Please email the completed form to </w:t>
            </w:r>
            <w:r>
              <w:rPr>
                <w:b/>
                <w:color w:val="1A8E42"/>
                <w:sz w:val="23"/>
              </w:rPr>
              <w:t>recovery@thechangeroom.info</w:t>
            </w:r>
            <w:r>
              <w:rPr>
                <w:b/>
              </w:rPr>
              <w:t>.</w:t>
            </w:r>
          </w:p>
        </w:tc>
      </w:tr>
    </w:tbl>
    <w:p w14:paraId="40270488" w14:textId="77777777" w:rsidR="00CC3171" w:rsidRDefault="00A36B39">
      <w:pPr>
        <w:spacing w:before="120" w:after="0" w:line="288" w:lineRule="auto"/>
      </w:pPr>
      <w:r>
        <w:rPr>
          <w:color w:val="444F5E"/>
          <w:sz w:val="20"/>
        </w:rPr>
        <w:t>The Change Room · Recovery   |   02 9055 5070   |   thechangeroom.info/recovery</w:t>
      </w:r>
    </w:p>
    <w:sectPr w:rsidR="00CC3171" w:rsidSect="00034616">
      <w:footerReference w:type="default" r:id="rId9"/>
      <w:pgSz w:w="11909" w:h="16834"/>
      <w:pgMar w:top="864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7B779" w14:textId="77777777" w:rsidR="00A36B39" w:rsidRDefault="00A36B39">
      <w:pPr>
        <w:spacing w:after="0" w:line="240" w:lineRule="auto"/>
      </w:pPr>
      <w:r>
        <w:separator/>
      </w:r>
    </w:p>
  </w:endnote>
  <w:endnote w:type="continuationSeparator" w:id="0">
    <w:p w14:paraId="7B84841B" w14:textId="77777777" w:rsidR="00A36B39" w:rsidRDefault="00A36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A2E95" w14:textId="77777777" w:rsidR="00CC3171" w:rsidRDefault="00A36B39">
    <w:pPr>
      <w:pStyle w:val="Footer"/>
      <w:pBdr>
        <w:top w:val="single" w:sz="4" w:space="4" w:color="D8E8DD"/>
      </w:pBdr>
      <w:tabs>
        <w:tab w:val="right" w:pos="9605"/>
      </w:tabs>
      <w:spacing w:before="40"/>
    </w:pPr>
    <w:r>
      <w:rPr>
        <w:b/>
        <w:sz w:val="16"/>
      </w:rPr>
      <w:t xml:space="preserve">THE CHANGE </w:t>
    </w:r>
    <w:proofErr w:type="gramStart"/>
    <w:r>
      <w:rPr>
        <w:b/>
        <w:sz w:val="16"/>
      </w:rPr>
      <w:t>ROOM</w:t>
    </w:r>
    <w:r>
      <w:rPr>
        <w:b/>
        <w:color w:val="26B95A"/>
        <w:sz w:val="16"/>
      </w:rPr>
      <w:t xml:space="preserve">  ·</w:t>
    </w:r>
    <w:proofErr w:type="gramEnd"/>
    <w:r>
      <w:rPr>
        <w:b/>
        <w:color w:val="26B95A"/>
        <w:sz w:val="16"/>
      </w:rPr>
      <w:t xml:space="preserve">  RECOVERY</w:t>
    </w:r>
    <w:r>
      <w:rPr>
        <w:color w:val="444F5E"/>
        <w:sz w:val="17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color w:val="444F5E"/>
        <w:sz w:val="17"/>
      </w:rPr>
      <w:t>1</w:t>
    </w:r>
    <w:r>
      <w:rPr>
        <w:color w:val="444F5E"/>
        <w:sz w:val="17"/>
      </w:rPr>
      <w:fldChar w:fldCharType="end"/>
    </w:r>
    <w:r>
      <w:rPr>
        <w:color w:val="444F5E"/>
        <w:sz w:val="17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color w:val="444F5E"/>
        <w:sz w:val="17"/>
      </w:rPr>
      <w:t>1</w:t>
    </w:r>
    <w:r>
      <w:rPr>
        <w:color w:val="444F5E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D2DF5" w14:textId="77777777" w:rsidR="00A36B39" w:rsidRDefault="00A36B39">
      <w:pPr>
        <w:spacing w:after="0" w:line="240" w:lineRule="auto"/>
      </w:pPr>
      <w:r>
        <w:separator/>
      </w:r>
    </w:p>
  </w:footnote>
  <w:footnote w:type="continuationSeparator" w:id="0">
    <w:p w14:paraId="3324E297" w14:textId="77777777" w:rsidR="00A36B39" w:rsidRDefault="00A36B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9416093">
    <w:abstractNumId w:val="8"/>
  </w:num>
  <w:num w:numId="2" w16cid:durableId="1359043749">
    <w:abstractNumId w:val="6"/>
  </w:num>
  <w:num w:numId="3" w16cid:durableId="2116242632">
    <w:abstractNumId w:val="5"/>
  </w:num>
  <w:num w:numId="4" w16cid:durableId="1637372667">
    <w:abstractNumId w:val="4"/>
  </w:num>
  <w:num w:numId="5" w16cid:durableId="316107695">
    <w:abstractNumId w:val="7"/>
  </w:num>
  <w:num w:numId="6" w16cid:durableId="192111060">
    <w:abstractNumId w:val="3"/>
  </w:num>
  <w:num w:numId="7" w16cid:durableId="1640921117">
    <w:abstractNumId w:val="2"/>
  </w:num>
  <w:num w:numId="8" w16cid:durableId="1758474305">
    <w:abstractNumId w:val="1"/>
  </w:num>
  <w:num w:numId="9" w16cid:durableId="897978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1JtXc3n5R3ll6N8IaRduIfA7ratxVsWG9vKYiDXbXpQXLpLQ0K+FAd2hkA34W+sCK1KWdQTqBpEtwI57MXaCA==" w:salt="CmxnVs86R7IK216g6pTuS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79E1"/>
    <w:rsid w:val="00A36B39"/>
    <w:rsid w:val="00AA1D8D"/>
    <w:rsid w:val="00B47730"/>
    <w:rsid w:val="00CB0664"/>
    <w:rsid w:val="00CC3171"/>
    <w:rsid w:val="00F353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822C11"/>
  <w14:defaultImageDpi w14:val="300"/>
  <w15:docId w15:val="{9B5554B2-F9F7-46B2-A5B1-174EBCBF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0B17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386</Words>
  <Characters>2050</Characters>
  <Application>Microsoft Office Word</Application>
  <DocSecurity>0</DocSecurity>
  <Lines>93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Daley</cp:lastModifiedBy>
  <cp:revision>2</cp:revision>
  <dcterms:created xsi:type="dcterms:W3CDTF">2026-07-17T05:23:00Z</dcterms:created>
  <dcterms:modified xsi:type="dcterms:W3CDTF">2026-07-17T05:23:00Z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3ce5bcd7-6314-494b-b3b3-469b0b0c1e84</vt:lpwstr>
  </property>
</Properties>
</file>